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67128" w14:textId="189C29FC" w:rsidR="00F051D4" w:rsidRPr="004055F4" w:rsidRDefault="00E0156D" w:rsidP="00100778">
      <w:pPr>
        <w:jc w:val="center"/>
        <w:rPr>
          <w:rFonts w:ascii="標楷體" w:eastAsia="標楷體" w:hAnsi="標楷體"/>
          <w:b/>
          <w:sz w:val="40"/>
          <w:szCs w:val="40"/>
          <w:lang w:eastAsia="zh-TW"/>
        </w:rPr>
      </w:pPr>
      <w:r w:rsidRPr="00E0156D">
        <w:rPr>
          <w:rFonts w:ascii="新細明體" w:eastAsia="新細明體" w:hAnsi="新細明體"/>
          <w:noProof/>
          <w:sz w:val="28"/>
          <w:szCs w:val="28"/>
          <w:lang w:eastAsia="zh-T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536DF" wp14:editId="3CC694FC">
                <wp:simplePos x="0" y="0"/>
                <wp:positionH relativeFrom="column">
                  <wp:posOffset>-85725</wp:posOffset>
                </wp:positionH>
                <wp:positionV relativeFrom="paragraph">
                  <wp:posOffset>-181610</wp:posOffset>
                </wp:positionV>
                <wp:extent cx="742950" cy="324485"/>
                <wp:effectExtent l="0" t="0" r="19050" b="1841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5E6C5" w14:textId="7C14CFFB" w:rsidR="00E0156D" w:rsidRPr="00E0156D" w:rsidRDefault="00E0156D">
                            <w:pPr>
                              <w:rPr>
                                <w:rFonts w:ascii="標楷體" w:eastAsia="標楷體" w:hAnsi="標楷體" w:cs="微軟正黑體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E0156D">
                              <w:rPr>
                                <w:rFonts w:ascii="標楷體" w:eastAsia="標楷體" w:hAnsi="標楷體" w:cs="微軟正黑體" w:hint="eastAsia"/>
                                <w:sz w:val="28"/>
                                <w:szCs w:val="28"/>
                                <w:lang w:eastAsia="zh-TW"/>
                              </w:rPr>
                              <w:t>附件</w:t>
                            </w:r>
                            <w:r w:rsidR="00E55053">
                              <w:rPr>
                                <w:rFonts w:ascii="標楷體" w:eastAsia="標楷體" w:hAnsi="標楷體" w:cs="微軟正黑體" w:hint="eastAsia"/>
                                <w:sz w:val="28"/>
                                <w:szCs w:val="28"/>
                                <w:lang w:eastAsia="zh-TW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536D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6.75pt;margin-top:-14.3pt;width:58.5pt;height:2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">
                <v:textbox>
                  <w:txbxContent>
                    <w:p w14:paraId="2EF5E6C5" w14:textId="7C14CFFB" w:rsidR="00E0156D" w:rsidRPr="00E0156D" w:rsidRDefault="00E0156D">
                      <w:pPr>
                        <w:rPr>
                          <w:rFonts w:ascii="標楷體" w:eastAsia="標楷體" w:hAnsi="標楷體" w:cs="微軟正黑體"/>
                          <w:sz w:val="28"/>
                          <w:szCs w:val="28"/>
                          <w:lang w:eastAsia="zh-TW"/>
                        </w:rPr>
                      </w:pPr>
                      <w:r w:rsidRPr="00E0156D">
                        <w:rPr>
                          <w:rFonts w:ascii="標楷體" w:eastAsia="標楷體" w:hAnsi="標楷體" w:cs="微軟正黑體" w:hint="eastAsia"/>
                          <w:sz w:val="28"/>
                          <w:szCs w:val="28"/>
                          <w:lang w:eastAsia="zh-TW"/>
                        </w:rPr>
                        <w:t>附件</w:t>
                      </w:r>
                      <w:r w:rsidR="00E55053">
                        <w:rPr>
                          <w:rFonts w:ascii="標楷體" w:eastAsia="標楷體" w:hAnsi="標楷體" w:cs="微軟正黑體" w:hint="eastAsia"/>
                          <w:sz w:val="28"/>
                          <w:szCs w:val="28"/>
                          <w:lang w:eastAsia="zh-TW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="004055F4">
        <w:rPr>
          <w:rFonts w:ascii="標楷體" w:eastAsia="標楷體" w:hAnsi="標楷體" w:hint="eastAsia"/>
          <w:b/>
          <w:sz w:val="40"/>
          <w:szCs w:val="40"/>
          <w:lang w:eastAsia="zh-TW"/>
        </w:rPr>
        <w:t>假牙補助</w:t>
      </w:r>
      <w:r w:rsidR="000C7D0B">
        <w:rPr>
          <w:rFonts w:ascii="標楷體" w:eastAsia="標楷體" w:hAnsi="標楷體" w:hint="eastAsia"/>
          <w:b/>
          <w:sz w:val="40"/>
          <w:szCs w:val="40"/>
          <w:lang w:eastAsia="zh-TW"/>
        </w:rPr>
        <w:t>申請</w:t>
      </w:r>
      <w:r w:rsidR="001B3743" w:rsidRPr="004055F4">
        <w:rPr>
          <w:rFonts w:ascii="標楷體" w:eastAsia="標楷體" w:hAnsi="標楷體"/>
          <w:b/>
          <w:sz w:val="40"/>
          <w:szCs w:val="40"/>
          <w:lang w:eastAsia="zh-TW"/>
        </w:rPr>
        <w:t>異動</w:t>
      </w:r>
      <w:r w:rsidR="000C7D0B">
        <w:rPr>
          <w:rFonts w:ascii="標楷體" w:eastAsia="標楷體" w:hAnsi="標楷體" w:hint="eastAsia"/>
          <w:b/>
          <w:sz w:val="40"/>
          <w:szCs w:val="40"/>
          <w:lang w:eastAsia="zh-TW"/>
        </w:rPr>
        <w:t>說明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409"/>
        <w:gridCol w:w="2297"/>
        <w:gridCol w:w="2552"/>
      </w:tblGrid>
      <w:tr w:rsidR="008025BA" w:rsidRPr="004055F4" w14:paraId="106EFEEB" w14:textId="77777777" w:rsidTr="00507EAA">
        <w:trPr>
          <w:trHeight w:val="753"/>
          <w:jc w:val="center"/>
        </w:trPr>
        <w:tc>
          <w:tcPr>
            <w:tcW w:w="1668" w:type="dxa"/>
            <w:vAlign w:val="center"/>
          </w:tcPr>
          <w:p w14:paraId="167720A9" w14:textId="49F4E7EE" w:rsidR="008025BA" w:rsidRPr="004055F4" w:rsidRDefault="004055F4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4055F4">
              <w:rPr>
                <w:rFonts w:ascii="標楷體" w:eastAsia="標楷體" w:hAnsi="標楷體"/>
                <w:sz w:val="28"/>
                <w:szCs w:val="28"/>
              </w:rPr>
              <w:t>申請人</w:t>
            </w:r>
            <w:r w:rsidR="00F051D4" w:rsidRPr="004055F4">
              <w:rPr>
                <w:rFonts w:ascii="標楷體" w:eastAsia="標楷體" w:hAnsi="標楷體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2409" w:type="dxa"/>
            <w:vAlign w:val="center"/>
          </w:tcPr>
          <w:p w14:paraId="732CB601" w14:textId="3A6480DC" w:rsidR="008025BA" w:rsidRPr="004055F4" w:rsidRDefault="008025BA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154F3090" w14:textId="4F66BA89" w:rsidR="008025BA" w:rsidRPr="004055F4" w:rsidRDefault="00F051D4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4055F4">
              <w:rPr>
                <w:rFonts w:ascii="標楷體" w:eastAsia="標楷體" w:hAnsi="標楷體"/>
                <w:sz w:val="28"/>
                <w:szCs w:val="28"/>
              </w:rPr>
              <w:t>合約醫療院所</w:t>
            </w:r>
            <w:proofErr w:type="spellEnd"/>
          </w:p>
        </w:tc>
        <w:tc>
          <w:tcPr>
            <w:tcW w:w="2552" w:type="dxa"/>
            <w:vAlign w:val="center"/>
          </w:tcPr>
          <w:p w14:paraId="1A06C2E1" w14:textId="459A66CE" w:rsidR="008025BA" w:rsidRPr="004055F4" w:rsidRDefault="008025BA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25BA" w:rsidRPr="004055F4" w14:paraId="47C311B4" w14:textId="77777777" w:rsidTr="00507EAA">
        <w:trPr>
          <w:trHeight w:val="834"/>
          <w:jc w:val="center"/>
        </w:trPr>
        <w:tc>
          <w:tcPr>
            <w:tcW w:w="1668" w:type="dxa"/>
            <w:vAlign w:val="center"/>
          </w:tcPr>
          <w:p w14:paraId="0D36344C" w14:textId="77777777" w:rsidR="008025BA" w:rsidRPr="004055F4" w:rsidRDefault="001B3743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4055F4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proofErr w:type="spellEnd"/>
          </w:p>
        </w:tc>
        <w:tc>
          <w:tcPr>
            <w:tcW w:w="2409" w:type="dxa"/>
            <w:vAlign w:val="center"/>
          </w:tcPr>
          <w:p w14:paraId="7381008D" w14:textId="0BC9C8C0" w:rsidR="008025BA" w:rsidRPr="004055F4" w:rsidRDefault="008025BA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36FF2339" w14:textId="681B5D1E" w:rsidR="008025BA" w:rsidRPr="004055F4" w:rsidRDefault="00507EAA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原</w:t>
            </w:r>
            <w:r w:rsidR="00F051D4" w:rsidRPr="004055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</w:t>
            </w:r>
            <w:proofErr w:type="spellStart"/>
            <w:r w:rsidR="001B3743" w:rsidRPr="004055F4">
              <w:rPr>
                <w:rFonts w:ascii="標楷體" w:eastAsia="標楷體" w:hAnsi="標楷體"/>
                <w:sz w:val="28"/>
                <w:szCs w:val="28"/>
              </w:rPr>
              <w:t>補助</w:t>
            </w:r>
            <w:proofErr w:type="spellEnd"/>
            <w:r w:rsidR="000C7D0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態樣</w:t>
            </w:r>
          </w:p>
        </w:tc>
        <w:tc>
          <w:tcPr>
            <w:tcW w:w="2552" w:type="dxa"/>
            <w:vAlign w:val="center"/>
          </w:tcPr>
          <w:p w14:paraId="74F7213D" w14:textId="6783D008" w:rsidR="008025BA" w:rsidRPr="004055F4" w:rsidRDefault="008025BA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p w14:paraId="64E8C726" w14:textId="77777777" w:rsidR="00F051D4" w:rsidRPr="004055F4" w:rsidRDefault="00F051D4" w:rsidP="00100778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01"/>
        <w:gridCol w:w="1418"/>
        <w:gridCol w:w="1701"/>
        <w:gridCol w:w="2268"/>
      </w:tblGrid>
      <w:tr w:rsidR="004055F4" w:rsidRPr="004055F4" w14:paraId="29941643" w14:textId="77777777" w:rsidTr="00507EAA">
        <w:trPr>
          <w:trHeight w:val="642"/>
          <w:jc w:val="center"/>
        </w:trPr>
        <w:tc>
          <w:tcPr>
            <w:tcW w:w="8784" w:type="dxa"/>
            <w:gridSpan w:val="5"/>
            <w:vAlign w:val="center"/>
          </w:tcPr>
          <w:p w14:paraId="4DEA1E2A" w14:textId="730B33B2" w:rsidR="004055F4" w:rsidRPr="004055F4" w:rsidRDefault="004055F4" w:rsidP="00100778">
            <w:pPr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異動</w:t>
            </w:r>
            <w:r w:rsidRPr="004055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申請日期：</w:t>
            </w:r>
          </w:p>
        </w:tc>
      </w:tr>
      <w:tr w:rsidR="004055F4" w:rsidRPr="004055F4" w14:paraId="55801344" w14:textId="77777777" w:rsidTr="001A09DC">
        <w:trPr>
          <w:trHeight w:val="7324"/>
          <w:jc w:val="center"/>
        </w:trPr>
        <w:tc>
          <w:tcPr>
            <w:tcW w:w="8784" w:type="dxa"/>
            <w:gridSpan w:val="5"/>
          </w:tcPr>
          <w:p w14:paraId="311C205C" w14:textId="7501B30B" w:rsidR="000C7D0B" w:rsidRDefault="000C7D0B" w:rsidP="0010077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一、</w:t>
            </w:r>
            <w:proofErr w:type="spellStart"/>
            <w:r w:rsidR="004055F4" w:rsidRPr="004055F4">
              <w:rPr>
                <w:rFonts w:ascii="標楷體" w:eastAsia="標楷體" w:hAnsi="標楷體"/>
                <w:sz w:val="28"/>
                <w:szCs w:val="28"/>
              </w:rPr>
              <w:t>申請變更事項</w:t>
            </w:r>
            <w:proofErr w:type="spell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</w:p>
          <w:p w14:paraId="1B466C08" w14:textId="2B61FED8" w:rsidR="000C7D0B" w:rsidRDefault="000C7D0B" w:rsidP="001007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改變申請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樣態及金額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(須修正計畫書並重新審查)</w:t>
            </w:r>
          </w:p>
          <w:p w14:paraId="468686BC" w14:textId="7D5540EE" w:rsidR="000C7D0B" w:rsidRDefault="000C7D0B" w:rsidP="001007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申請裝置延期</w:t>
            </w:r>
          </w:p>
          <w:p w14:paraId="0B797BCB" w14:textId="5978FDD0" w:rsidR="000C7D0B" w:rsidRDefault="000C7D0B" w:rsidP="001007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申請取消</w:t>
            </w:r>
            <w:r w:rsidR="00E0156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裝置</w:t>
            </w:r>
          </w:p>
          <w:p w14:paraId="0B367BAF" w14:textId="1768CB36" w:rsidR="000C7D0B" w:rsidRDefault="000C7D0B" w:rsidP="001007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其他：______________________________________</w:t>
            </w:r>
          </w:p>
          <w:p w14:paraId="6877C2FB" w14:textId="3F976B7A" w:rsidR="004055F4" w:rsidRPr="004055F4" w:rsidRDefault="000C7D0B" w:rsidP="001007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二、異動</w:t>
            </w:r>
            <w:r w:rsidR="004055F4" w:rsidRPr="004055F4">
              <w:rPr>
                <w:rFonts w:ascii="標楷體" w:eastAsia="標楷體" w:hAnsi="標楷體"/>
                <w:sz w:val="28"/>
                <w:szCs w:val="28"/>
                <w:lang w:eastAsia="zh-TW"/>
              </w:rPr>
              <w:t>說明</w:t>
            </w:r>
            <w:r w:rsidR="004055F4" w:rsidRPr="004055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</w:p>
        </w:tc>
      </w:tr>
      <w:tr w:rsidR="00BA41CE" w:rsidRPr="004055F4" w14:paraId="29AC14D7" w14:textId="77777777" w:rsidTr="00507EAA">
        <w:trPr>
          <w:trHeight w:val="753"/>
          <w:jc w:val="center"/>
        </w:trPr>
        <w:tc>
          <w:tcPr>
            <w:tcW w:w="1696" w:type="dxa"/>
            <w:vAlign w:val="center"/>
          </w:tcPr>
          <w:p w14:paraId="7E3AAA17" w14:textId="7FD28925" w:rsidR="00BA41CE" w:rsidRPr="004055F4" w:rsidRDefault="00BA41CE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申請人簽名</w:t>
            </w:r>
          </w:p>
        </w:tc>
        <w:tc>
          <w:tcPr>
            <w:tcW w:w="1701" w:type="dxa"/>
            <w:vAlign w:val="center"/>
          </w:tcPr>
          <w:p w14:paraId="2B9C2307" w14:textId="77777777" w:rsidR="00BA41CE" w:rsidRPr="004055F4" w:rsidRDefault="00BA41CE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FF881F6" w14:textId="4667058F" w:rsidR="00BA41CE" w:rsidRPr="004055F4" w:rsidRDefault="00BA41CE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55F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醫師</w:t>
            </w:r>
            <w:proofErr w:type="spellStart"/>
            <w:r w:rsidRPr="004055F4">
              <w:rPr>
                <w:rFonts w:ascii="標楷體" w:eastAsia="標楷體" w:hAnsi="標楷體"/>
                <w:sz w:val="28"/>
                <w:szCs w:val="28"/>
              </w:rPr>
              <w:t>簽章</w:t>
            </w:r>
            <w:proofErr w:type="spellEnd"/>
          </w:p>
        </w:tc>
        <w:tc>
          <w:tcPr>
            <w:tcW w:w="1701" w:type="dxa"/>
            <w:vAlign w:val="center"/>
          </w:tcPr>
          <w:p w14:paraId="198476DA" w14:textId="77777777" w:rsidR="00BA41CE" w:rsidRPr="004055F4" w:rsidRDefault="00BA41CE" w:rsidP="00100778">
            <w:pPr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82F2856" w14:textId="77777777" w:rsidR="00BA41CE" w:rsidRDefault="00BA41CE" w:rsidP="00100778">
            <w:pPr>
              <w:pStyle w:val="Standard"/>
              <w:ind w:leftChars="-47" w:left="1" w:hangingChars="37" w:hanging="104"/>
              <w:jc w:val="center"/>
              <w:rPr>
                <w:color w:val="808080"/>
                <w:sz w:val="28"/>
                <w:szCs w:val="28"/>
              </w:rPr>
            </w:pPr>
            <w:r w:rsidRPr="00BA41CE">
              <w:rPr>
                <w:color w:val="808080"/>
                <w:sz w:val="28"/>
                <w:szCs w:val="28"/>
              </w:rPr>
              <w:t>請加蓋</w:t>
            </w:r>
          </w:p>
          <w:p w14:paraId="1B9E799C" w14:textId="0A653857" w:rsidR="00BA41CE" w:rsidRPr="00BA41CE" w:rsidRDefault="00BA41CE" w:rsidP="00100778">
            <w:pPr>
              <w:pStyle w:val="Standard"/>
              <w:ind w:leftChars="-47" w:left="1" w:hangingChars="37" w:hanging="104"/>
              <w:jc w:val="center"/>
              <w:rPr>
                <w:color w:val="808080"/>
                <w:sz w:val="28"/>
                <w:szCs w:val="28"/>
              </w:rPr>
            </w:pPr>
            <w:r w:rsidRPr="00BA41CE">
              <w:rPr>
                <w:color w:val="808080"/>
                <w:sz w:val="28"/>
                <w:szCs w:val="28"/>
              </w:rPr>
              <w:t>單位印信</w:t>
            </w:r>
          </w:p>
        </w:tc>
      </w:tr>
      <w:tr w:rsidR="00100778" w:rsidRPr="004055F4" w14:paraId="2B846223" w14:textId="77777777" w:rsidTr="00507EAA">
        <w:trPr>
          <w:trHeight w:val="1364"/>
          <w:jc w:val="center"/>
        </w:trPr>
        <w:tc>
          <w:tcPr>
            <w:tcW w:w="8784" w:type="dxa"/>
            <w:gridSpan w:val="5"/>
          </w:tcPr>
          <w:p w14:paraId="3583DC8D" w14:textId="77777777" w:rsidR="00100778" w:rsidRDefault="00100778" w:rsidP="00100778">
            <w:pPr>
              <w:pStyle w:val="Standard"/>
              <w:spacing w:before="240"/>
              <w:ind w:leftChars="-47" w:left="1" w:hangingChars="37" w:hanging="104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100778">
              <w:rPr>
                <w:rFonts w:hint="eastAsia"/>
                <w:color w:val="000000" w:themeColor="text1"/>
                <w:sz w:val="28"/>
                <w:szCs w:val="28"/>
              </w:rPr>
              <w:t>審查</w:t>
            </w:r>
            <w:r w:rsidR="00507EAA">
              <w:rPr>
                <w:rFonts w:hint="eastAsia"/>
                <w:color w:val="000000" w:themeColor="text1"/>
                <w:sz w:val="28"/>
                <w:szCs w:val="28"/>
              </w:rPr>
              <w:t>日期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：</w:t>
            </w:r>
          </w:p>
          <w:p w14:paraId="05A6FD98" w14:textId="77777777" w:rsidR="00507EAA" w:rsidRDefault="00507EAA" w:rsidP="00100778">
            <w:pPr>
              <w:pStyle w:val="Standard"/>
              <w:spacing w:before="240"/>
              <w:ind w:leftChars="-47" w:left="1" w:hangingChars="37" w:hanging="104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審查結果：□通過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□退件，原因：</w:t>
            </w:r>
          </w:p>
          <w:p w14:paraId="39451D5E" w14:textId="31AAB727" w:rsidR="00507EAA" w:rsidRPr="00BA41CE" w:rsidRDefault="00507EAA" w:rsidP="00507EAA">
            <w:pPr>
              <w:pStyle w:val="Standard"/>
              <w:spacing w:before="240" w:after="240"/>
              <w:ind w:leftChars="-47" w:left="1" w:hangingChars="37" w:hanging="104"/>
              <w:rPr>
                <w:color w:val="808080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審查人員核章：</w:t>
            </w:r>
          </w:p>
        </w:tc>
      </w:tr>
    </w:tbl>
    <w:p w14:paraId="6A3448D3" w14:textId="1D17C3D3" w:rsidR="004055F4" w:rsidRDefault="004055F4" w:rsidP="00100778">
      <w:pPr>
        <w:jc w:val="center"/>
        <w:rPr>
          <w:rFonts w:ascii="標楷體" w:eastAsia="標楷體" w:hAnsi="標楷體"/>
          <w:sz w:val="28"/>
          <w:szCs w:val="28"/>
        </w:rPr>
      </w:pPr>
    </w:p>
    <w:p w14:paraId="33C03B69" w14:textId="77777777" w:rsidR="004A22C6" w:rsidRPr="004055F4" w:rsidRDefault="004A22C6" w:rsidP="00100778">
      <w:pPr>
        <w:jc w:val="center"/>
        <w:rPr>
          <w:rFonts w:ascii="標楷體" w:eastAsia="標楷體" w:hAnsi="標楷體"/>
          <w:sz w:val="28"/>
          <w:szCs w:val="28"/>
        </w:rPr>
      </w:pPr>
    </w:p>
    <w:sectPr w:rsidR="004A22C6" w:rsidRPr="004055F4" w:rsidSect="00100778">
      <w:pgSz w:w="12240" w:h="15840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98F56" w14:textId="77777777" w:rsidR="00A25839" w:rsidRDefault="00A25839" w:rsidP="00E0156D">
      <w:pPr>
        <w:spacing w:after="0" w:line="240" w:lineRule="auto"/>
      </w:pPr>
      <w:r>
        <w:separator/>
      </w:r>
    </w:p>
  </w:endnote>
  <w:endnote w:type="continuationSeparator" w:id="0">
    <w:p w14:paraId="18BB922F" w14:textId="77777777" w:rsidR="00A25839" w:rsidRDefault="00A25839" w:rsidP="00E0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664B8" w14:textId="77777777" w:rsidR="00A25839" w:rsidRDefault="00A25839" w:rsidP="00E0156D">
      <w:pPr>
        <w:spacing w:after="0" w:line="240" w:lineRule="auto"/>
      </w:pPr>
      <w:r>
        <w:separator/>
      </w:r>
    </w:p>
  </w:footnote>
  <w:footnote w:type="continuationSeparator" w:id="0">
    <w:p w14:paraId="2A1CA5F2" w14:textId="77777777" w:rsidR="00A25839" w:rsidRDefault="00A25839" w:rsidP="00E0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7D0B"/>
    <w:rsid w:val="00100778"/>
    <w:rsid w:val="0015074B"/>
    <w:rsid w:val="001A09DC"/>
    <w:rsid w:val="001B3743"/>
    <w:rsid w:val="001F3D32"/>
    <w:rsid w:val="0028536B"/>
    <w:rsid w:val="0029639D"/>
    <w:rsid w:val="00326F90"/>
    <w:rsid w:val="004055F4"/>
    <w:rsid w:val="004A22C6"/>
    <w:rsid w:val="00507EAA"/>
    <w:rsid w:val="00572F9F"/>
    <w:rsid w:val="00647A6F"/>
    <w:rsid w:val="006C67CF"/>
    <w:rsid w:val="00793BD5"/>
    <w:rsid w:val="008025BA"/>
    <w:rsid w:val="008F6084"/>
    <w:rsid w:val="00A25839"/>
    <w:rsid w:val="00AA1D8D"/>
    <w:rsid w:val="00B47730"/>
    <w:rsid w:val="00BA41CE"/>
    <w:rsid w:val="00CB0664"/>
    <w:rsid w:val="00D56409"/>
    <w:rsid w:val="00DE5785"/>
    <w:rsid w:val="00E0156D"/>
    <w:rsid w:val="00E06DF6"/>
    <w:rsid w:val="00E55053"/>
    <w:rsid w:val="00F051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24D39F"/>
  <w14:defaultImageDpi w14:val="300"/>
  <w15:docId w15:val="{C7CED36C-86C2-4EA9-81DB-C6100AD9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ndard">
    <w:name w:val="Standard"/>
    <w:rsid w:val="00BA41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楊玉芳</cp:lastModifiedBy>
  <cp:revision>7</cp:revision>
  <cp:lastPrinted>2026-08-10T08:46:00Z</cp:lastPrinted>
  <dcterms:created xsi:type="dcterms:W3CDTF">2026-05-19T12:19:00Z</dcterms:created>
  <dcterms:modified xsi:type="dcterms:W3CDTF">2026-08-10T08:47:00Z</dcterms:modified>
  <cp:category/>
</cp:coreProperties>
</file>